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6FEB"/>
          <w:sz w:val="52"/>
        </w:rPr>
        <w:t>PROPOSAL</w:t>
      </w:r>
    </w:p>
    <w:p>
      <w:pPr>
        <w:spacing w:after="200"/>
      </w:pPr>
      <w:r>
        <w:rPr>
          <w:b/>
          <w:i w:val="0"/>
          <w:color w:val="0D1B2A"/>
          <w:sz w:val="32"/>
        </w:rPr>
        <w:t>Cleaning Services Proposal</w:t>
      </w:r>
    </w:p>
    <w:p>
      <w:pPr>
        <w:spacing w:after="0"/>
      </w:pPr>
      <w:r>
        <w:rPr>
          <w:b/>
          <w:i w:val="0"/>
          <w:color w:val="0D1B2A"/>
          <w:sz w:val="24"/>
        </w:rPr>
        <w:t>[Your Business Name]</w:t>
      </w:r>
    </w:p>
    <w:p>
      <w:pPr>
        <w:spacing w:after="200"/>
      </w:pPr>
      <w:r>
        <w:rPr>
          <w:b w:val="0"/>
          <w:i w:val="0"/>
          <w:color w:val="4B5866"/>
          <w:sz w:val="20"/>
        </w:rPr>
        <w:t>[Street Address · City, State ZIP]  ·  [Phone · Email · Website · License #]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PREPARED FOR</w:t>
            </w:r>
          </w:p>
        </w:tc>
        <w:tc>
          <w:tcPr>
            <w:tcW w:type="dxa" w:w="4896"/>
          </w:tcPr>
          <w:p>
            <w:r/>
            <w:r>
              <w:rPr>
                <w:b/>
                <w:color w:val="1F6FEB"/>
                <w:sz w:val="20"/>
              </w:rPr>
              <w:t>PROPOSAL DETAILS</w:t>
            </w:r>
          </w:p>
        </w:tc>
      </w:tr>
      <w:tr>
        <w:tc>
          <w:tcPr>
            <w:tcW w:type="dxa" w:w="4896"/>
          </w:tcPr>
          <w:p>
            <w:r/>
            <w:r>
              <w:rPr>
                <w:sz w:val="20"/>
              </w:rPr>
              <w:t>[Client name] · [Company / property]</w:t>
              <w:br/>
              <w:t>[Address] · [Email · Phone]</w:t>
            </w:r>
          </w:p>
        </w:tc>
        <w:tc>
          <w:tcPr>
            <w:tcW w:type="dxa" w:w="4896"/>
          </w:tcPr>
          <w:p>
            <w:r/>
            <w:r>
              <w:rPr>
                <w:sz w:val="20"/>
              </w:rPr>
              <w:t>Proposal #: [P-2026-001]   Date: [MM/DD/YYYY]</w:t>
              <w:br/>
              <w:t>Valid until: [MM/DD/YYYY]   Prepared by: [Name]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Your goals, our understanding</w:t>
      </w:r>
    </w:p>
    <w:p>
      <w:pPr>
        <w:spacing w:after="160"/>
      </w:pPr>
      <w:r>
        <w:rPr>
          <w:b w:val="0"/>
          <w:i/>
          <w:color w:val="4B5866"/>
          <w:sz w:val="22"/>
        </w:rPr>
        <w:t>[Two or three sentences on the facility and what matters to the client — e.g. patient areas spotless by 7 am, sterilization-room protocol, fragrance-free products, after-hours access.]</w:t>
      </w:r>
    </w:p>
    <w:p>
      <w:pPr>
        <w:spacing w:after="160"/>
      </w:pPr>
      <w:r>
        <w:rPr>
          <w:b/>
          <w:i w:val="0"/>
          <w:color w:val="1F6FEB"/>
          <w:sz w:val="26"/>
        </w:rPr>
        <w:t>Scope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448"/>
          </w:tcPr>
          <w:p>
            <w:r/>
            <w:r>
              <w:rPr>
                <w:b/>
                <w:color w:val="1F6FEB"/>
                <w:sz w:val="20"/>
              </w:rPr>
              <w:t>Area</w:t>
            </w:r>
          </w:p>
        </w:tc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Tasks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1F6FEB"/>
                <w:sz w:val="20"/>
              </w:rPr>
              <w:t>Frequency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Reception &amp; waiting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Dust, vacuum, trash, glass, sanitize touch points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Nightly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Restrooms (2)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Sanitize fixtures, restock, mop, mirrors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Nightly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Operatories / offices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Trash, dust, spot-clean, vacuum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Nightly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Break room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Counters, sink, appliance exteriors, floor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Nightly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Hard floors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Machine scrub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High dusting, vents, blinds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Detail dusting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2448"/>
          </w:tcPr>
          <w:p>
            <w:r/>
            <w:r>
              <w:rPr>
                <w:sz w:val="20"/>
              </w:rPr>
              <w:t>VCT strip &amp; wax</w:t>
            </w:r>
          </w:p>
        </w:tc>
        <w:tc>
          <w:tcPr>
            <w:tcW w:type="dxa" w:w="5184"/>
          </w:tcPr>
          <w:p>
            <w:r/>
            <w:r>
              <w:rPr>
                <w:sz w:val="20"/>
              </w:rPr>
              <w:t>Strip, seal, wax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Quarterly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4"/>
        </w:rPr>
        <w:t>Not included</w:t>
      </w:r>
    </w:p>
    <w:p>
      <w:pPr>
        <w:spacing w:after="80"/>
      </w:pPr>
      <w:r>
        <w:rPr>
          <w:b w:val="0"/>
          <w:i w:val="0"/>
          <w:color w:val="0D1B2A"/>
          <w:sz w:val="22"/>
        </w:rPr>
        <w:t>Biohazard cleanup, exterior windows, pest control, carpet extraction (available on request).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28"/>
        </w:rPr>
        <w:t>Team, quality and warranty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Crew: [2] cleaners, [2.25] hours per visit, supervised by [name]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Staff are employees, background-checked, uniformed with ID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Quality: weekly supervisor inspection (24-point checklist), monthly walkthrough with you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Insurance: general liability and janitorial bond — certificate attached on award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Supplies and equipment included; consumables billed monthly at cost + 10%</w:t>
      </w:r>
    </w:p>
    <w:p>
      <w:pPr>
        <w:spacing w:after="160"/>
      </w:pPr>
      <w:r>
        <w:rPr>
          <w:b/>
          <w:i w:val="0"/>
          <w:color w:val="1F6FEB"/>
          <w:sz w:val="28"/>
        </w:rPr>
        <w:t>Pricing</w:t>
      </w:r>
    </w:p>
    <w:p>
      <w:pPr>
        <w:spacing w:after="120"/>
      </w:pPr>
      <w:r>
        <w:rPr>
          <w:b w:val="0"/>
          <w:i w:val="0"/>
          <w:color w:val="4B5866"/>
          <w:sz w:val="18"/>
        </w:rPr>
        <w:t>Build the itemized pricing with the QuotApp quote template or the free quote generator and paste the totals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184"/>
          </w:tcPr>
          <w:p>
            <w:r/>
            <w:r>
              <w:rPr>
                <w:b/>
                <w:color w:val="1F6FEB"/>
                <w:sz w:val="20"/>
              </w:rPr>
              <w:t>Item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1F6FEB"/>
                <w:sz w:val="20"/>
              </w:rPr>
              <w:t>Basis</w:t>
            </w:r>
          </w:p>
        </w:tc>
        <w:tc>
          <w:tcPr>
            <w:tcW w:type="dxa" w:w="1728"/>
          </w:tcPr>
          <w:p>
            <w:r/>
            <w:r>
              <w:rPr>
                <w:b/>
                <w:color w:val="1F6FEB"/>
                <w:sz w:val="20"/>
              </w:rPr>
              <w:t>Price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Nightly janitorial service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month, 5 visits/week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Consumables (paper, soap, liners)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month, at cost + 10%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Quarterly floor care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Per service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  <w:t>Initial deep clean</w:t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One time, per sq ft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sz w:val="20"/>
              </w:rPr>
              <w:t>Monthly total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$</w:t>
            </w:r>
          </w:p>
        </w:tc>
      </w:tr>
    </w:tbl>
    <w:p/>
    <w:p>
      <w:pPr>
        <w:spacing w:after="160"/>
      </w:pPr>
      <w:r>
        <w:rPr>
          <w:b/>
          <w:i w:val="0"/>
          <w:color w:val="1F6FEB"/>
          <w:sz w:val="26"/>
        </w:rPr>
        <w:t>Terms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Term: 12 months from start date; 30-day written termination by either party after month 3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Price fixed for the term; reviewed annually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Holidays: [list] — no service, no charge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Access: keys/codes held by supervisor; alarm procedure agreed at onboarding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Invoiced monthly in advance; net 15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Scope changes priced in writing before they start</w:t>
      </w:r>
    </w:p>
    <w:p>
      <w:r>
        <w:br w:type="page"/>
      </w:r>
    </w:p>
    <w:p>
      <w:pPr>
        <w:spacing w:after="160"/>
      </w:pPr>
      <w:r>
        <w:rPr>
          <w:b/>
          <w:i w:val="0"/>
          <w:color w:val="1F6FEB"/>
          <w:sz w:val="32"/>
        </w:rPr>
        <w:t>Acceptance</w:t>
      </w:r>
    </w:p>
    <w:p>
      <w:pPr>
        <w:spacing w:after="360"/>
      </w:pPr>
      <w:r>
        <w:rPr>
          <w:b w:val="0"/>
          <w:i w:val="0"/>
          <w:color w:val="0D1B2A"/>
          <w:sz w:val="22"/>
        </w:rPr>
        <w:t>By signing below, the client accepts this proposal, its scope, pricing and terms. Work is scheduled on receipt of the signed proposal and the deposit.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Client:  ______________________________   Date: ______________</w:t>
      </w:r>
    </w:p>
    <w:p>
      <w:pPr>
        <w:spacing w:after="48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280"/>
      </w:pPr>
      <w:r>
        <w:rPr>
          <w:b w:val="0"/>
          <w:i w:val="0"/>
          <w:color w:val="0D1B2A"/>
          <w:sz w:val="22"/>
        </w:rPr>
        <w:t>For [Your Business Name]:  ______________________________   Date: ______________</w:t>
      </w:r>
    </w:p>
    <w:p>
      <w:pPr>
        <w:spacing w:after="600"/>
      </w:pPr>
      <w:r>
        <w:rPr>
          <w:b w:val="0"/>
          <w:i w:val="0"/>
          <w:color w:val="0D1B2A"/>
          <w:sz w:val="22"/>
        </w:rPr>
        <w:t>Printed name:  ________________________</w:t>
      </w:r>
    </w:p>
    <w:p>
      <w:pPr>
        <w:spacing w:after="160"/>
      </w:pPr>
      <w:r>
        <w:rPr>
          <w:b/>
          <w:i w:val="0"/>
          <w:color w:val="1F6FEB"/>
          <w:sz w:val="26"/>
        </w:rPr>
        <w:t>What happens next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Onboarding call to confirm start date, access and contacts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Certificate of insurance and any documents requested delivered before day one</w:t>
      </w:r>
    </w:p>
    <w:p>
      <w:pPr>
        <w:spacing w:after="60"/>
      </w:pPr>
      <w:r>
        <w:rPr>
          <w:b w:val="0"/>
          <w:i w:val="0"/>
          <w:color w:val="0D1B2A"/>
          <w:sz w:val="22"/>
        </w:rPr>
        <w:t>•  First visit / start on [date]; you receive a written summary on completion</w:t>
      </w:r>
    </w:p>
    <w:p>
      <w:pPr>
        <w:spacing w:after="600"/>
      </w:pPr>
      <w:r>
        <w:rPr>
          <w:b w:val="0"/>
          <w:i w:val="0"/>
          <w:color w:val="0D1B2A"/>
          <w:sz w:val="22"/>
        </w:rPr>
      </w:r>
    </w:p>
    <w:p>
      <w:pPr>
        <w:spacing w:after="120"/>
      </w:pPr>
      <w:r>
        <w:rPr>
          <w:b w:val="0"/>
          <w:i w:val="0"/>
          <w:color w:val="4B5866"/>
          <w:sz w:val="16"/>
        </w:rPr>
        <w:t>Prepared with QuotApp — free quote &amp; proposal templates at quotapp.com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